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שיחה אישית מורה–תלמיד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הקטגוריות השונות בכרטיסי השיחה האישית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שיתוף ברגשות, בחוזקות ובמטרות אישיות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מטרת השיחה האישית בלי לחץ ובלי ציונים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להכיר, להקשיב ולחזק את הקשר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ארבעה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מה עוזר לי ללמוד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הקשבה בלי שיפוט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המטרה היא היכרות וחיזוק הקשר, בלי ציונים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הקטגוריה נקראת משוב לי כמורה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בכל קטגוריה מופיעים ארבעה כרטיסים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יש קטגוריה בשם רגשות ושלומות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קיימות גרסאות ליסודי, חטיבה, תיכון ועוד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לחזק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חוזקות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חלומות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ציונים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מה עוזר לי ללמוד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קטגוריה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(מה את/ה הכי אוהב/ת לעשות אחרי בית הספר)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(במה את/ה מרגיש/ה טוב מאוד)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(איך את/ה מרגיש/ה היום)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(מה היית רוצה להיות כשתגדל/י)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מחשבה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כנה וקצרה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חוזקה אמיתית עם דוגמה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תיאור רגש וסיבה קצרה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קריטריונים: שלוש שאלות רלוונטיות מהקטגוריות, הסבר אישי לכל שאלה, שפה ברורה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הבנת המטרה: הכרות, הקשבה וחיזוק 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לפחות שתי קטגוריות נכונות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שהיעדר לחץ מאפשר שיתוף כן ופתוח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לקיים את הפעילות בזוגות לפני עבודה אישית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ליצור אווירה בטוחה ולא שיפוטית בזמן הדיון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להשמיט את הפריטים המסומנים לקבוצה המתקשה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שיחה אישית מורה–תלמיד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כרטיסי השיחה האישית הם כלי לשיחה קצרה ונעימה בין מורה לתלמיד או תלמידה, בלי ציונים ובלי לחץ. הכרטיסים מחולקים לקטגוריות כמו היכרות, חוזקות, רגשות וחלומות.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המטרה העיקרית של כרטיסי השיחה האישית?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לבחון את התלמידים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להכיר, להקשיב ולחזק את הקשר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לתת שיעורי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לתרגל 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קטגוריות יש בסך הכול בכרטיסים?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כרטיסים יש בקטגוריית חוזקות?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קטגוריה עוסקת בלמידה?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חלומות ומטרות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 עוזר לי ללמוד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משוב לי כמורה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היכרות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מתאים לשיחה אישית לפי הכרטיסים?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לחץ וציונים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הקשבה בלי שיפוט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מבחן בעל 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תחרות בין תלמידים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כרטיסי השיחה נועדו לתת ציון לתלמיד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קיימת קטגוריה שבה התלמיד נותן משוב למורה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קטגוריה בכרטיסים כוללת ארבעה כרטיסים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אחת הקטגוריות עוסקת ברגשות ובשלומות של התלמיד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הכרטיסים מיועדים רק לתלמידי תיכון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כרטיסי השיחה נועדו להכיר, להקשיב ו__________ את 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קטגוריית __________ עוסקת בדברים שאני טוב בהם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קטגוריית __________ ומטרות עוסקת בעתיד ובשאיפות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בשיחה אישית אין לחץ ואין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קטגוריית __________ עוסקת במה שעוזר לי בלמידה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קטגוריה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היכרות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איך את/ה מרגיש/ה היום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חוזקות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מה היית רוצה להיות כשתגדל/י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רגשות ושלומות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במה את/ה מרגיש/ה טוב מאוד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חלומות ומטרות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מה את/ה הכי אוהב/ת לעשות אחרי בית הספר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מחשבה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תשובה קצרה לשאלה: מה אתם הכי אוהבים לעשות אחרי בית הספר?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חוזקה אחת שלכם ותנו דוגמה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איך הרגשתם היום בבוקר ולמה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שיחה אישית עם מורה. כתבו שלוש שאלות שהייתם רוצים שישאלו אתכם, ולמה דווקא הן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המטרה של כרטיסי השיחה האישית?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שתי קטגוריות מתוך הכרטיסים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חשוב שלא יהיה לחץ או ציונים בשיחה כזו?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כרטיסי שיחה אישית מורה–תלמיד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