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שיחה אישית מורה–תלמיד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בכרטיסי השיחה האישית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שיתוף ברגשות, בחוזקות ובמטרות אישיות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מטרת השיחה האישית בלי לחץ ובלי ציונים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להכיר, להקשיב ולחזק את 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ארבעה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מה עוזר לי ללמוד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הקשבה בלי שיפוט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המטרה היא היכרות וחיזוק הקשר, בלי 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הקטגוריה נקראת משוב לי כמורה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בכל קטגוריה מופיעים ארבעה 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קטגוריה בשם רגשות ושלומות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קיימות גרסאות ליסודי, חטיבה, תיכון ועוד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לחזק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ציונים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מה עוזר לי ללמוד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קטגוריה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(מה את/ה הכי אוהב/ת לעשות אחרי 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(במה את/ה מרגיש/ה טוב מאוד)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(איך את/ה מרגיש/ה היום)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(מה היית רוצה להיות כשתגדל/י)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כנה וקצרה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חוזקה אמיתית עם דוגמה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רגש וסיבה 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קריטריונים: שלוש שאלות רלוונטיות מהקטגוריות, הסבר אישי לכל שאלה, שפה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הבנת המטרה: הכרות, הקשבה וחיזוק 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זיהוי לפחות שתי קטגוריות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שהיעדר לחץ מאפשר שיתוף כן ופתוח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לקיים את הפעילות בזוגות לפני עבודה אישית בכתב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ליצור אווירה בטוחה ולא שיפוטית בזמן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להשמיט את הפריטים המסומנים לקבוצה המתקשה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שיחה אישית מורה–תלמיד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כרטיסים עם שאלות. המורה והתלמיד מדברים יחד. אין ציונים. השאלות הן על: היכרות, חוזקות, רגשות, חלומות.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היכרות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להכיר מישהו - מי הוא, מה הוא אוהב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טובים שאני יודע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רגשות ושלומות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אני מרגיש היום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חלומות ומטרות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אני רוצה להשיג בעתיד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לספר מה טוב ומה אפשר לשפר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שיחה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קצרה בין שניים, לא מול כל הכיתה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נועדו הכרטיסים?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לבחון את התלמידים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להכיר, להקשיב ולחזק את הקשר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לתת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לתרגל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סוגי כרטיסים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כרטיסי חוזקות יש?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כרטיס שואל על למידה?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חלומות ומטרות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עוזר לי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משוב לי כמורה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היכרות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צריכה להיות השיחה?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וציונים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הקשבה בלי שיפוט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מבחן בעל 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תחרות בין תלמידים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כרטיסי השיחה נועדו לתת ציון לתלמיד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קיימת קטגוריה שבה התלמיד נותן משוב למורה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קטגוריה בכרטיסים כוללת ארבעה כרטיסים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הקטגוריות עוסקת ברגשות ובשלומות של התלמיד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הכרטיסים מיועדים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כרטיסי השיחה נועדו להכיר, להקשיב ו__________ את הקשר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קטגוריית __________ עוסקת בדברים שאני טוב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קטגוריית __________ ומטרות עוסקת בעתיד ובשאיפות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בשיחה אישית אין לחץ ואין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קטגוריית __________ עוסקת במה שעוזר לי בלמידה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קטגוריה לדוגמה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היכרות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איך את/ה מרגיש/ה היום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חוזקות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מה את/ה הכי אוהב/ת לעשות אחרי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רגשות ושלומות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מה היית רוצה להיות כשתגדל/י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חלומות ומטרות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במה את/ה מרגיש/ה טוב מאוד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תשובה קצרה לשאלה: מה אתם הכי אוהבים לעשות אחרי בית הספר?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חוזקה אחת שלכם ותנו דוגמה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איך הרגשתם היום בבוקר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שיחה אישית עם מורה. כתבו שלוש שאלות שהייתם רוצים שישאלו אתכם, ולמה דווקא 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המטרה של כרטיסי השיחה האישית?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שתי קטגוריות מתוך הכרטיסים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שלא יהיה לחץ או ציונים בשיחה כזו?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שיחה אישית מורה–תלמיד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