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שיחה אישית מורה–תלמיד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בכרטיסי השיחה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שיתוף ברגשות, בחוזקות ובמטרות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השיחה האישית בלי לחץ ובלי 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להכיר, להקשיב ולחזק את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ארבעה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היכרות וחיזוק הקשר, בלי 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הקטגוריה נקראת משוב לי כמורה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קטגוריה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את/ה הכי אוהב/ת לעשות אחרי 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(במה את/ה מרגיש/ה טוב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(איך את/ה מרגיש/ה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היית רוצה להיות כשתגדל/י)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כנה וקצרה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רגש וסיבה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המטרה: הכרות, הקשבה וחיזוק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לפחות שתי קטגוריות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שהיעדר לחץ מאפשר שיתוף כן ופתוח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הפעילות בזוגות לפני עבודה אישית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ליצור אווירה בטוחה ולא שיפוטית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לקבוצה המתקשה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שיחה אישית מורה–תלמיד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כרטיסי השיחה האישית הם כלי לשיחה קצרה ונעימה בין מורה לתלמיד או תלמידה, בלי ציונים ובלי לחץ. הכרטיסים מחולקים לקטגוריות כמו היכרות, חוזקות, רגשות וחלומות.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לחזק  ·  חוזקות  ·  חלומות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כרטיסי השיחה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לבחון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להכיר, להקשיב ולחזק את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לתת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כרטיסים יש בקטגוריית חוזקות?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ארבעה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כרטיסי השיחה נועדו לתת ציון לתלמיד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קיימת קטגוריה שבה התלמיד נותן משוב למורה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כרטיסי השיחה נועדו להכיר, להקשיב ו__________ את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קטגוריית __________ עוסקת בדברים שאני טוב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קטגוריית __________ ומטרות עוסקת בעתיד ובשאיפות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קטגוריה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איך את/ה מרגיש/ה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חוזקות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מה את/ה הכי אוהב/ת לעשות אחרי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רגשות ושלומות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היית רוצה להיות כשתגדל/י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חלומות ומטרות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במה את/ה מרגיש/ה טוב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תשובה קצרה לשאלה: מה אתם הכי אוהבים לעשות אחרי 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איך הרגשתם היום בבוקר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של כרטיסי השיחה האישית?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שתי קטגוריות מתוך הכרטיסים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שיחה אישית מורה–תלמיד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